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Last Map</w:t>
      </w:r>
    </w:p>
    <w:p>
      <w:pPr>
        <w:pStyle w:val="Subtitle"/>
      </w:pPr>
      <w:r>
        <w:t>Original model extract  |  Read and annotate</w:t>
      </w:r>
    </w:p>
    <w:tbl>
      <w:tblPr>
        <w:tblW w:type="auto" w:w="0"/>
        <w:tblLayout w:type="fixed"/>
        <w:tblLook w:firstColumn="1" w:firstRow="1" w:lastColumn="0" w:lastRow="0" w:noHBand="0" w:noVBand="1" w:val="04A0"/>
      </w:tblPr>
      <w:tblGrid>
        <w:gridCol w:w="9907"/>
      </w:tblGrid>
      <w:tr>
        <w:tc>
          <w:tcPr>
            <w:tcW w:type="dxa" w:w="10022"/>
            <w:shd w:fill="EEF4F7"/>
            <w:tcMar>
              <w:top w:w="155" w:type="dxa"/>
              <w:start w:w="165" w:type="dxa"/>
              <w:bottom w:w="155" w:type="dxa"/>
              <w:end w:w="165" w:type="dxa"/>
            </w:tcMar>
          </w:tcPr>
          <w:p>
            <w:r>
              <w:rPr>
                <w:b/>
                <w:color w:val="007F7F"/>
                <w:sz w:val="18"/>
              </w:rPr>
              <w:t>READING FOCUS</w:t>
            </w:r>
          </w:p>
          <w:p>
            <w:pPr>
              <w:spacing w:after="0"/>
            </w:pPr>
            <w:r>
              <w:t>Look for viewpoint, imagery, shifts in focus, changes in sentence length, and the way the final image connects back to the opening.</w:t>
            </w:r>
          </w:p>
        </w:tc>
      </w:tr>
    </w:tbl>
    <w:p>
      <w:pPr>
        <w:spacing w:after="0"/>
      </w:pPr>
    </w:p>
    <w:p>
      <w:pPr>
        <w:spacing w:after="180" w:line="264" w:lineRule="auto"/>
      </w:pPr>
      <w:r>
        <w:t>The countdown had stopped at forty-seven seconds.</w:t>
      </w:r>
    </w:p>
    <w:p>
      <w:pPr>
        <w:spacing w:after="180" w:line="264" w:lineRule="auto"/>
      </w:pPr>
      <w:r>
        <w:t>On the screen above the arena, the numbers glowed an impossible blue. Beneath them, thousands of spectators shifted and murmured. Their voices rolled over the stage like weather gathering at sea, but Mina could hear only the thin hiss inside her headset.</w:t>
      </w:r>
    </w:p>
    <w:p>
      <w:pPr>
        <w:spacing w:after="180" w:line="264" w:lineRule="auto"/>
      </w:pPr>
      <w:r>
        <w:t>“Technical pause,” said the official. “Please remain ready.”</w:t>
      </w:r>
    </w:p>
    <w:p>
      <w:pPr>
        <w:spacing w:after="180" w:line="264" w:lineRule="auto"/>
      </w:pPr>
      <w:r>
        <w:t>Mina loosened her grip on the controller. Her fingertips had left damp half-moons on its surface. Beyond the lights, she knew her family sat somewhere in the crowd. She had promised herself she would find their faces before the last round. Now the audience was a single dark wall, impossible to search.</w:t>
      </w:r>
    </w:p>
    <w:p>
      <w:pPr>
        <w:spacing w:after="180" w:line="264" w:lineRule="auto"/>
      </w:pPr>
      <w:r>
        <w:t>Beside her, Jay was staring at his hands. He had joined the team only three weeks earlier. During yesterday’s practice, he had made one rushed decision, and their coach had replayed the mistake three times in silence. Mina had watched him grow smaller in his chair with every replay. Now he kept flexing his fingers as though he could shake the memory out of them.</w:t>
      </w:r>
    </w:p>
    <w:p>
      <w:pPr>
        <w:spacing w:after="180" w:line="264" w:lineRule="auto"/>
      </w:pPr>
      <w:r>
        <w:t>“You all right?” Mina asked.</w:t>
      </w:r>
    </w:p>
    <w:p>
      <w:pPr>
        <w:spacing w:after="180" w:line="264" w:lineRule="auto"/>
      </w:pPr>
      <w:r>
        <w:t>Jay nodded too quickly.</w:t>
      </w:r>
    </w:p>
    <w:p>
      <w:pPr>
        <w:spacing w:after="180" w:line="264" w:lineRule="auto"/>
      </w:pPr>
      <w:r>
        <w:t>A camera drifted past. It caught the captain’s badge on Mina’s jacket and lingered, waiting for confidence. She sat straighter. The screens offered the crowd a close-up of her face. She wondered whether they could see the pulse beating in her throat.</w:t>
      </w:r>
    </w:p>
    <w:p>
      <w:pPr>
        <w:spacing w:after="180" w:line="264" w:lineRule="auto"/>
      </w:pPr>
      <w:r>
        <w:t>The headset clicked.</w:t>
      </w:r>
    </w:p>
    <w:p>
      <w:pPr>
        <w:spacing w:after="180" w:line="264" w:lineRule="auto"/>
      </w:pPr>
      <w:r>
        <w:t>“Restart in ten,” the official said.</w:t>
      </w:r>
    </w:p>
    <w:p>
      <w:pPr>
        <w:spacing w:after="180" w:line="264" w:lineRule="auto"/>
      </w:pPr>
      <w:r>
        <w:t>Mina remembered the first school tournament she had ever entered. There had been no lights, no cameras, only a classroom with a broken blind and a teacher who had called their team ‘the long shots’. She had lost that final because she tried to do everything herself. Afterwards, her teammates had stayed to help her pack away the equipment, even though she had barely spoken to them.</w:t>
      </w:r>
    </w:p>
    <w:p>
      <w:pPr>
        <w:spacing w:after="180" w:line="264" w:lineRule="auto"/>
      </w:pPr>
      <w:r>
        <w:t>“Nine. Eight.”</w:t>
      </w:r>
    </w:p>
    <w:p>
      <w:pPr>
        <w:spacing w:after="180" w:line="264" w:lineRule="auto"/>
      </w:pPr>
      <w:r>
        <w:t>Across the stage, the opposing team leaned towards their screens. One of them smiled. Mina could feel the old habit returning: take control, give every instruction, leave no space for anyone else to make a mistake.</w:t>
      </w:r>
    </w:p>
    <w:p>
      <w:pPr>
        <w:spacing w:after="180" w:line="264" w:lineRule="auto"/>
      </w:pPr>
      <w:r>
        <w:t>“Seven. Six.”</w:t>
      </w:r>
    </w:p>
    <w:p>
      <w:pPr>
        <w:spacing w:after="180" w:line="264" w:lineRule="auto"/>
      </w:pPr>
      <w:r>
        <w:t>She turned to Jay. “When we get our chance,” she said quietly, “I’m going to follow your call.”</w:t>
      </w:r>
    </w:p>
    <w:p>
      <w:pPr>
        <w:spacing w:after="180" w:line="264" w:lineRule="auto"/>
      </w:pPr>
      <w:r>
        <w:t>His eyes lifted. “Are you sure?”</w:t>
      </w:r>
    </w:p>
    <w:p>
      <w:pPr>
        <w:spacing w:after="180" w:line="264" w:lineRule="auto"/>
      </w:pPr>
      <w:r>
        <w:t>“No,” Mina said. Then, despite everything, she smiled. “But I trust you.”</w:t>
      </w:r>
    </w:p>
    <w:p>
      <w:pPr>
        <w:spacing w:after="180" w:line="264" w:lineRule="auto"/>
      </w:pPr>
      <w:r>
        <w:t>“Five. Four.”</w:t>
      </w:r>
    </w:p>
    <w:p>
      <w:pPr>
        <w:spacing w:after="180" w:line="264" w:lineRule="auto"/>
      </w:pPr>
      <w:r>
        <w:t>The numbers returned. The arena surged back into life. Sound struck Mina in layers: the commentator’s rising voice, the rapid tapping of keys, the crowd counting down to a moment they could not possibly control. Jay spotted an opening. He called it once, clearly, without looking at her.</w:t>
      </w:r>
    </w:p>
    <w:p>
      <w:pPr>
        <w:spacing w:after="180" w:line="264" w:lineRule="auto"/>
      </w:pPr>
      <w:r>
        <w:t>Mina moved.</w:t>
      </w:r>
    </w:p>
    <w:p>
      <w:pPr>
        <w:spacing w:after="180" w:line="264" w:lineRule="auto"/>
      </w:pPr>
      <w:r>
        <w:t>For an instant there was no arena, no family, no enormous screen. Only a narrow space of light, a choice already made, and her team moving together. A warning flashed. Someone gasped. Mina held her position instead of chasing the score. Jay made the final call.</w:t>
      </w:r>
    </w:p>
    <w:p>
      <w:pPr>
        <w:spacing w:after="180" w:line="264" w:lineRule="auto"/>
      </w:pPr>
      <w:r>
        <w:t>Then the screen went white.</w:t>
      </w:r>
    </w:p>
    <w:p>
      <w:pPr>
        <w:spacing w:after="180" w:line="264" w:lineRule="auto"/>
      </w:pPr>
      <w:r>
        <w:t>The crowd erupted, but Mina could not tell whose name they were shouting. She looked to the scoreboard and found it hidden behind a storm of light. For one terrible heartbeat, she was back in the classroom, hearing the silence after a loss.</w:t>
      </w:r>
    </w:p>
    <w:p>
      <w:pPr>
        <w:spacing w:after="180" w:line="264" w:lineRule="auto"/>
      </w:pPr>
      <w:r>
        <w:t>A hand touched her shoulder.</w:t>
      </w:r>
    </w:p>
    <w:p>
      <w:pPr>
        <w:spacing w:after="180" w:line="264" w:lineRule="auto"/>
      </w:pPr>
      <w:r>
        <w:t>Jay was standing. His face was astonished, open, almost childlike. Then the scoreboard appeared, and Mina finally understood.</w:t>
      </w:r>
    </w:p>
    <w:p>
      <w:pPr>
        <w:spacing w:after="180" w:line="264" w:lineRule="auto"/>
      </w:pPr>
      <w:r>
        <w:t>She did not leap into the air. She let go of the controller and reached for her teammates. Above them, the clock still showed forty-seven seconds in a photograph taken during the pause: a moment when the future had seemed too heavy to move. Now that moment looked small enough to carry.</w:t>
      </w:r>
    </w:p>
    <w:p>
      <w:r>
        <w:t>Annotation key: underline sensory detail  •  circle short sentences  •  place // where the pace or focus shifts</w:t>
      </w:r>
    </w:p>
    <w:sectPr w:rsidR="00FC693F" w:rsidRPr="0006063C" w:rsidSect="00034616">
      <w:headerReference w:type="default" r:id="rId9"/>
      <w:footerReference w:type="default" r:id="rId10"/>
      <w:pgSz w:w="12240" w:h="15840"/>
      <w:pgMar w:top="1080" w:right="1109" w:bottom="979" w:left="110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06E7C"/>
        <w:sz w:val="15"/>
      </w:rPr>
      <w:t xml:space="preserve">MODEL TEXT    •    FICTIONAL EDUCATIONAL RESOURCE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007F7F"/>
        <w:sz w:val="16"/>
      </w:rPr>
      <w:t>ESPORTS  /  ENGLISH LANGUAGE  /  WEEK 04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18315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ptos" w:hAnsi="Aptos"/>
      <w:b/>
      <w:bCs/>
      <w:color w:val="183153"/>
      <w:sz w:val="28"/>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ptos" w:hAnsi="Aptos"/>
      <w:b/>
      <w:bCs/>
      <w:color w:val="007F7F"/>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0"/>
      <w:contextualSpacing/>
    </w:pPr>
    <w:rPr>
      <w:rFonts w:asciiTheme="majorHAnsi" w:eastAsiaTheme="majorEastAsia" w:hAnsiTheme="majorHAnsi" w:cstheme="majorBidi" w:ascii="Aptos Display" w:hAnsi="Aptos Display"/>
      <w:b/>
      <w:color w:val="183153"/>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