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Fifth Light</w:t>
      </w:r>
    </w:p>
    <w:p>
      <w:pPr>
        <w:spacing w:after="200"/>
      </w:pPr>
      <w:r>
        <w:rPr>
          <w:color w:val="556476"/>
          <w:sz w:val="21"/>
        </w:rPr>
        <w:t>ORIGINAL FICTION  |  Competition extract for close reading  |  Paragraphs [1]–[11]</w:t>
      </w:r>
    </w:p>
    <w:tbl>
      <w:tblPr>
        <w:tblW w:type="auto" w:w="0"/>
        <w:tblLayout w:type="fixed"/>
        <w:tblLook w:firstColumn="1" w:firstRow="1" w:lastColumn="0" w:lastRow="0" w:noHBand="0" w:noVBand="1" w:val="04A0"/>
      </w:tblPr>
      <w:tblGrid>
        <w:gridCol w:w="9706"/>
      </w:tblGrid>
      <w:tr>
        <w:tc>
          <w:tcPr>
            <w:tcW w:type="dxa" w:w="9835"/>
            <w:shd w:fill="EAF2F6"/>
            <w:tcMar>
              <w:top w:w="85" w:type="dxa"/>
              <w:bottom w:w="85" w:type="dxa"/>
              <w:start w:w="120" w:type="dxa"/>
              <w:end w:w="120" w:type="dxa"/>
            </w:tcMar>
          </w:tcPr>
          <w:p>
            <w:pPr>
              <w:spacing w:after="0"/>
            </w:pPr>
            <w:r>
              <w:rPr>
                <w:b/>
                <w:color w:val="194F74"/>
                <w:sz w:val="18"/>
              </w:rPr>
              <w:t>Reading purpose  •  Follow the shifts of focus, time and pace. Annotate as you read.</w:t>
            </w:r>
          </w:p>
        </w:tc>
      </w:tr>
    </w:tbl>
    <w:p>
      <w:pPr>
        <w:spacing w:after="0"/>
      </w:pPr>
    </w:p>
    <w:p>
      <w:r>
        <w:t>Context: Nia is captain of a five-player esports team in a deciding final round. A technical problem has interrupted play. This is an original fictional text produced for this lesson, not an authentic match report.</w:t>
      </w:r>
    </w:p>
    <w:p>
      <w:pPr>
        <w:spacing w:after="200" w:line="269" w:lineRule="auto"/>
      </w:pPr>
      <w:r>
        <w:rPr>
          <w:b/>
          <w:color w:val="007C83"/>
        </w:rPr>
        <w:t xml:space="preserve">[1]  </w:t>
      </w:r>
      <w:r>
        <w:t>Above the arena, the scoreboard had become a wall of white light. It showed a single remaining round. The crowd made a sound like rain on a metal roof: not one voice, but thousands, falling together. Between the stage and the first row of seats, camera operators paced slowly, searching for the face that would become the story of the evening.</w:t>
      </w:r>
    </w:p>
    <w:p>
      <w:pPr>
        <w:spacing w:after="200" w:line="269" w:lineRule="auto"/>
      </w:pPr>
      <w:r>
        <w:rPr>
          <w:b/>
          <w:color w:val="007C83"/>
        </w:rPr>
        <w:t xml:space="preserve">[2]  </w:t>
      </w:r>
      <w:r>
        <w:t>Nia sat at the fourth station from the left. Up close, the world was less grand: a bent corner on her mouse mat, the edge of a sticky note, a water bottle she had not opened. Her teammates waited behind their headsets. At the far end of the row, Sami's monitor was black. An official crouched beside it, looking at a cable as though it might answer him.</w:t>
      </w:r>
    </w:p>
    <w:p>
      <w:pPr>
        <w:spacing w:after="200" w:line="269" w:lineRule="auto"/>
      </w:pPr>
      <w:r>
        <w:rPr>
          <w:b/>
          <w:color w:val="007C83"/>
        </w:rPr>
        <w:t xml:space="preserve">[3]  </w:t>
      </w:r>
      <w:r>
        <w:t>‘We can swap the machine,’ the official said, ‘but we need a decision now.’ Nia looked down at the sticky note. In careful blue handwriting it read: Listen before you lead. She had written those words three days earlier, after the last practice ended in silence. Back then, she had filled every pause with instructions until Sami had stopped offering ideas. ‘You don't have to control every second,’ he had told her.</w:t>
      </w:r>
    </w:p>
    <w:p>
      <w:pPr>
        <w:spacing w:after="200" w:line="269" w:lineRule="auto"/>
      </w:pPr>
      <w:r>
        <w:rPr>
          <w:b/>
          <w:color w:val="007C83"/>
        </w:rPr>
        <w:t xml:space="preserve">[4]  </w:t>
      </w:r>
      <w:r>
        <w:t>The memory vanished beneath an abrupt burst of applause. A camera found Sami as he slid into the replacement station. On the enormous screen, his smile looked confident. From three seats away, Nia could see the truth: he was pressing his thumb so hard against the desk that the nail had turned pale. The official stood and raised one hand. Around the arena, spectators leaned forward.</w:t>
      </w:r>
    </w:p>
    <w:p>
      <w:pPr>
        <w:spacing w:after="200" w:line="269" w:lineRule="auto"/>
      </w:pPr>
      <w:r>
        <w:rPr>
          <w:b/>
          <w:color w:val="007C83"/>
        </w:rPr>
        <w:t xml:space="preserve">[5]  </w:t>
      </w:r>
      <w:r>
        <w:t>‘Ready?’ the official asked. The word floated through Nia's headset and seemed to hang there. She could give the familiar orders: hold the centre, wait for the signal, don't take risks. Nobody would question her. Across the stage, the other team had already turned back to their screens. The timer appeared in the corner of Nia's monitor. Thirty seconds. Too long to be a breath; too short to reconsider a lifetime of habits.</w:t>
      </w:r>
    </w:p>
    <w:p>
      <w:pPr>
        <w:spacing w:after="200" w:line="269" w:lineRule="auto"/>
      </w:pPr>
      <w:r>
        <w:rPr>
          <w:b/>
          <w:color w:val="007C83"/>
        </w:rPr>
        <w:t xml:space="preserve">[6]  </w:t>
      </w:r>
      <w:r>
        <w:t>Sami cleared his throat. ‘There's a route on the left,’ he said. ‘They won't expect us to use it.’ For a moment Nia watched the timer instead of answering. Twenty-four. Twenty-three. The crowd was chanting now, but she could no longer distinguish the words. She imagined the next day's headline, her own name in it, the word mistake printed beneath her photograph.</w:t>
      </w:r>
    </w:p>
    <w:p>
      <w:pPr>
        <w:spacing w:after="200" w:line="269" w:lineRule="auto"/>
      </w:pPr>
      <w:r>
        <w:rPr>
          <w:b/>
          <w:color w:val="007C83"/>
        </w:rPr>
        <w:t xml:space="preserve">[7]  </w:t>
      </w:r>
      <w:r>
        <w:t>Nia touched the edge of the sticky note. Listen before you lead. She had wanted those words to make her a better captain when nothing important was happening. Now everyone was waiting for her decision. ‘Show us the route,’ she said. Her voice sounded small. In her headset, the others answered at once. Sami's pale thumb lifted from the desk.</w:t>
      </w:r>
    </w:p>
    <w:p>
      <w:pPr>
        <w:spacing w:after="200" w:line="269" w:lineRule="auto"/>
      </w:pPr>
      <w:r>
        <w:rPr>
          <w:b/>
          <w:color w:val="007C83"/>
        </w:rPr>
        <w:t xml:space="preserve">[8]  </w:t>
      </w:r>
      <w:r>
        <w:t>The camera left their faces and swept upwards. From a distance the ten players looked almost motionless, islands of blue light in the black arena. The audience rose in waves as the final round began. Their shouts travelled across the stage, but the players could hear only fragments: a warning tone, a quick instruction, a sharp intake of breath.</w:t>
      </w:r>
    </w:p>
    <w:p>
      <w:pPr>
        <w:spacing w:after="200" w:line="269" w:lineRule="auto"/>
      </w:pPr>
      <w:r>
        <w:rPr>
          <w:b/>
          <w:color w:val="007C83"/>
        </w:rPr>
        <w:t xml:space="preserve">[9]  </w:t>
      </w:r>
      <w:r>
        <w:t>Left. Stop. Wait. A red warning filled the corner of Nia's screen. She almost interrupted Sami; the old command rose to her lips. Instead she counted once, silently. A narrow opening appeared. They moved together. Someone in the audience screamed. The picture on the overhead display froze, then vanished, and for one terrible second the whole arena stared at a dark rectangle.</w:t>
      </w:r>
    </w:p>
    <w:p>
      <w:pPr>
        <w:spacing w:after="200" w:line="269" w:lineRule="auto"/>
      </w:pPr>
      <w:r>
        <w:rPr>
          <w:b/>
          <w:color w:val="007C83"/>
        </w:rPr>
        <w:t xml:space="preserve">[10]  </w:t>
      </w:r>
      <w:r>
        <w:t>No one moved. Nia could hear the tiny fan inside her computer. Then the screen flickered back. The scoreboard changed. A cheer broke over the seats so loudly that it seemed to shake the lights, but Nia was watching Sami. He was laughing without sound, shaking his head as the rest of the team reached for him. She knew they had won; she did not yet understand how close they had come to losing.</w:t>
      </w:r>
    </w:p>
    <w:p>
      <w:pPr>
        <w:spacing w:after="200" w:line="269" w:lineRule="auto"/>
      </w:pPr>
      <w:r>
        <w:rPr>
          <w:b/>
          <w:color w:val="007C83"/>
        </w:rPr>
        <w:t xml:space="preserve">[11]  </w:t>
      </w:r>
      <w:r>
        <w:t>Later, when the trophies were behind glass and the cameras had followed someone else, she folded the sticky note and put it in her pocket. A crease cut through the word lead. Outside, the rain had started, soft against the arena roof. This time it sounded like individual drops, each one easy to hear. Nia walked towards the others without calling out, listening for where they wanted to go next.</w:t>
      </w:r>
    </w:p>
    <w:p>
      <w:pPr>
        <w:pStyle w:val="Heading2"/>
      </w:pPr>
      <w:r>
        <w:t>Reading annotations</w:t>
      </w:r>
    </w:p>
    <w:p>
      <w:r>
        <w:t>Mark: F = focus changes; P = pace changes; T = movement in time; W = information deliberately withheld; C = image or idea that returns at the end.</w:t>
      </w:r>
    </w:p>
    <w:sectPr w:rsidR="00FC693F" w:rsidRPr="0006063C" w:rsidSect="00034616">
      <w:headerReference w:type="default" r:id="rId9"/>
      <w:footerReference w:type="default" r:id="rId10"/>
      <w:pgSz w:w="11909" w:h="16834"/>
      <w:pgMar w:top="1037" w:right="1037" w:bottom="936" w:left="103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6476"/>
        <w:sz w:val="16"/>
      </w:rPr>
      <w:t xml:space="preserve">WEEK 05  •  READING EXTRACT     |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07C83"/>
        <w:sz w:val="16"/>
      </w:rPr>
      <w:t>CONTEXTUALISED ENGLISH     /     ESPORTS     /     WEEK 05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427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w:hAnsi="Aptos"/>
      <w:b/>
      <w:bCs/>
      <w:color w:val="194F74"/>
      <w:sz w:val="28"/>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w:hAnsi="Aptos"/>
      <w:b/>
      <w:bCs/>
      <w:color w:val="007C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ptos Display" w:hAnsi="Aptos Display"/>
      <w:b/>
      <w:color w:val="14273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