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TRANSCRIPT 05  •  LIVE COMMENTARY</w:t>
      </w:r>
    </w:p>
    <w:p>
      <w:pPr>
        <w:spacing w:after="20"/>
      </w:pPr>
      <w:r>
        <w:rPr>
          <w:rFonts w:ascii="Aptos Display" w:hAnsi="Aptos Display"/>
          <w:b/>
          <w:color w:val="0F172A"/>
          <w:sz w:val="44"/>
        </w:rPr>
        <w:t>THE FINAL CIRCLE</w:t>
      </w:r>
    </w:p>
    <w:p>
      <w:pPr>
        <w:spacing w:after="160"/>
      </w:pPr>
      <w:r>
        <w:rPr>
          <w:b/>
          <w:color w:val="475569"/>
          <w:sz w:val="20"/>
        </w:rPr>
        <w:t>Battle Royale Finals - Match 8 Endgame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World Drop Invitational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Ember Crew / Horizon / Atlas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7 players remain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Broadcast length: approx. 85 seconds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3F0FF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5B21B6"/>
                <w:sz w:val="18"/>
              </w:rPr>
              <w:t xml:space="preserve">MATCH CONTEXT  </w:t>
            </w:r>
            <w:r>
              <w:rPr>
                <w:color w:val="1E293B"/>
                <w:sz w:val="17"/>
              </w:rPr>
              <w:t>Three teams remain in the final shrinking zone. Ember Crew have fewer eliminations than their rivals but hold the strongest position on high ground.</w:t>
            </w:r>
          </w:p>
        </w:tc>
      </w:tr>
    </w:tbl>
    <w:p>
      <w:pPr>
        <w:spacing w:after="0"/>
      </w:pPr>
    </w:p>
    <w:p>
      <w:pPr>
        <w:spacing w:before="80" w:after="80"/>
      </w:pPr>
      <w:r>
        <w:rPr>
          <w:b/>
          <w:color w:val="0F172A"/>
          <w:sz w:val="24"/>
        </w:rPr>
        <w:t>BROADCAST TRANSCRIPT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rPr>
          <w:cantSplit/>
        </w:trPr>
        <w:tc>
          <w:tcPr>
            <w:tcW w:type="dxa" w:w="835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181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VOICE</w:t>
            </w:r>
          </w:p>
        </w:tc>
        <w:tc>
          <w:tcPr>
            <w:tcW w:type="dxa" w:w="8856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COMMENTARY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00:00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JESS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Seven players, three teams, one tiny circle. There is almost nowhere left to hide.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00:08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OMAR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Horizon have the eliminations, Atlas have the equipment, but Ember have the hill - and right now that hill is worth more than gold.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00:18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JESS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The zone pulls away from Atlas. They have to cross open ground. Ember can see everything.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00:27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OMAR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First shot lands. Second shot lands. Atlas are being picked apart before they can even reach cover.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00:36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JESS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Horizon push from the left! This is chaos now - smoke everywhere, utility everywhere, players disappearing into the storm.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00:47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OMAR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Ember do not panic. They step back, reset, wait. That patience is ice-cold.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00:56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JESS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Horizon knock one! Ember answer immediately! Two versus two for the championship!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01:05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OMAR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The circle is microscopic. One player is forced out - Ember find the angle!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01:13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JESS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Last player for Horizon, trapped behind the rock. He has to move. He runs - and Ember shut the door! Not the loudest start, but the smartest ending. Ember Crew take the title!</w:t>
            </w:r>
          </w:p>
        </w:tc>
      </w:tr>
    </w:tbl>
    <w:p>
      <w:pPr>
        <w:pageBreakBefore/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WEEK 3 • COMMENTARY LANGUAGE ANALYSIS</w:t>
      </w:r>
    </w:p>
    <w:p>
      <w:pPr>
        <w:spacing w:after="60"/>
      </w:pPr>
      <w:r>
        <w:rPr>
          <w:rFonts w:ascii="Aptos Display" w:hAnsi="Aptos Display"/>
          <w:b/>
          <w:color w:val="0F172A"/>
          <w:sz w:val="44"/>
        </w:rPr>
        <w:t>FACT, FEELING &amp; EXCITEMENT</w:t>
      </w:r>
    </w:p>
    <w:p>
      <w:pPr>
        <w:spacing w:after="160"/>
      </w:pPr>
      <w:r>
        <w:rPr>
          <w:color w:val="475569"/>
          <w:sz w:val="20"/>
        </w:rPr>
        <w:t>Use the transcript on page 1. Your job is to identify how the commentators deliberately make the action sound faster, more dramatic and more emotional.</w:t>
      </w:r>
    </w:p>
    <w:p>
      <w:pPr>
        <w:spacing w:after="60"/>
      </w:pPr>
      <w:r>
        <w:rPr>
          <w:b/>
          <w:color w:val="5B21B6"/>
          <w:sz w:val="22"/>
        </w:rPr>
        <w:t>1  ANNOTATE THE TRANSCRIPT</w:t>
      </w:r>
    </w:p>
    <w:p>
      <w:pPr>
        <w:spacing w:after="120"/>
      </w:pPr>
      <w:r>
        <w:rPr>
          <w:sz w:val="18"/>
        </w:rPr>
        <w:t>Highlight or underline examples of strong verbs, adjectives, repetition and figurative language. Also mark any short sentences, exclamations or countdowns that change the pace.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456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WORD / PHRASE FROM TRANSCRIPT</w:t>
            </w:r>
          </w:p>
        </w:tc>
        <w:tc>
          <w:tcPr>
            <w:tcW w:type="dxa" w:w="208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TECHNIQUE</w:t>
            </w:r>
          </w:p>
        </w:tc>
        <w:tc>
          <w:tcPr>
            <w:tcW w:type="dxa" w:w="532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EFFECT ON THE AUDIENCE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60"/>
      </w:pPr>
      <w:r>
        <w:rPr>
          <w:b/>
          <w:color w:val="5B21B6"/>
          <w:sz w:val="22"/>
        </w:rPr>
        <w:t>2  CHANGE THE REGISTER</w:t>
      </w:r>
    </w:p>
    <w:p>
      <w:pPr>
        <w:spacing w:after="80"/>
      </w:pPr>
      <w:r>
        <w:rPr>
          <w:sz w:val="18"/>
        </w:rPr>
        <w:t>Choose 2-3 exciting lines and rewrite them as calm, factual reporting. Remove exaggeration, repetition and emotional language. Then write one sentence explaining what changed.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Calm factual rewrite: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What changed and why?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</w:tr>
    </w:tbl>
    <w:p>
      <w:pPr>
        <w:spacing w:before="80" w:after="40"/>
      </w:pPr>
      <w:r>
        <w:rPr>
          <w:b/>
          <w:color w:val="5B21B6"/>
          <w:sz w:val="22"/>
        </w:rPr>
        <w:t>3  PREPARE YOUR OWN 45-60 SECOND COMMENTARY</w:t>
      </w:r>
    </w:p>
    <w:p>
      <w:pPr>
        <w:spacing w:after="80"/>
      </w:pPr>
      <w:r>
        <w:rPr>
          <w:sz w:val="18"/>
        </w:rPr>
        <w:t>Plan a short esports moment. Deliberately use at least four techniques from today, rehearse it, perform it, then improve one section after peer feedback.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Strong verb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Adjective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Repetition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Figurative language</w:t>
            </w:r>
          </w:p>
        </w:tc>
      </w:tr>
    </w:tbl>
    <w:p>
      <w:pPr>
        <w:spacing w:before="80"/>
      </w:pPr>
      <w:r>
        <w:rPr>
          <w:b/>
          <w:color w:val="5B21B6"/>
          <w:sz w:val="18"/>
        </w:rPr>
        <w:t xml:space="preserve">FOCUS QUESTION  </w:t>
      </w:r>
      <w:r>
        <w:rPr>
          <w:color w:val="1E293B"/>
          <w:sz w:val="18"/>
        </w:rPr>
        <w:t>Consider how the commentators turn positioning and patience - not just eliminations - into something exciting for the audience.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47" w:right="691" w:bottom="576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5"/>
      </w:rPr>
      <w:t>Original classroom transcript • Fictional teams and events • Created for Week 3 language analysis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 Display" w:hAnsi="Aptos Display"/>
        <w:b/>
        <w:color w:val="5B21B6"/>
        <w:sz w:val="16"/>
      </w:rPr>
      <w:t>ESPORTS INSIGHT  /  WEEK 3 LANGUAGE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