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Database Normalisation Practice</w:t>
      </w:r>
    </w:p>
    <w:p>
      <w:pPr>
        <w:jc w:val="center"/>
      </w:pPr>
      <w:r>
        <w:rPr>
          <w:b/>
        </w:rPr>
        <w:t>10 exam-style examples - every final solution contains exactly four tables</w:t>
      </w:r>
    </w:p>
    <w:p>
      <w:r>
        <w:t>Four examples deliberately require a composite primary key: Examples 4, 6, 8 and 10. Students should work from UNF through 1NF, 2NF and 3NF and identify PKs, FKs and relationships.</w:t>
      </w:r>
    </w:p>
    <w:p>
      <w:r>
        <w:br w:type="page"/>
      </w:r>
    </w:p>
    <w:p>
      <w:pPr>
        <w:pStyle w:val="Heading1"/>
      </w:pPr>
      <w:r>
        <w:t>1. IT Help Desk Tickets</w:t>
      </w:r>
    </w:p>
    <w:p>
      <w:pPr>
        <w:pStyle w:val="Heading2"/>
      </w:pPr>
      <w:r>
        <w:t>Task Scenario</w:t>
      </w:r>
    </w:p>
    <w:p>
      <w:r>
        <w:t>The database records support tickets raised by staff.</w:t>
      </w:r>
    </w:p>
    <w:p>
      <w:r>
        <w:t>Each staff member belongs to one department.</w:t>
      </w:r>
    </w:p>
    <w:p>
      <w:r>
        <w:t>Each ticket is allocated to one technician.</w:t>
      </w:r>
    </w:p>
    <w:p>
      <w:r>
        <w:t>An extract of the data the organisation would like to record is shown in Figure 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Ticket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Date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Staff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Staff Surname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Department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Department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Technician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Technician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Issue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Status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T101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03/09/2026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Patel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Finance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TC1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Morgan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Cannot print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Open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T102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03/09/2026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Jones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HR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TC2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Ahmed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Password reset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Closed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T103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04/09/2026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Patel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Finance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TC2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Ahmed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Email error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Open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T104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05/09/2026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S03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Brown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Finance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TC1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Morgan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Slow laptop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Closed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T105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05/09/2026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S04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King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Sales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TC3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Evans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VPN failure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Open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T106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06/09/2026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Jones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HR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TC1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Morgan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Cannot print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Closed</w:t>
            </w:r>
          </w:p>
        </w:tc>
      </w:tr>
    </w:tbl>
    <w:p>
      <w:pPr>
        <w:jc w:val="center"/>
      </w:pPr>
      <w:r>
        <w:rPr>
          <w:b/>
        </w:rPr>
        <w:t>Figure 1</w:t>
      </w:r>
    </w:p>
    <w:p>
      <w:r>
        <w:rPr>
          <w:b/>
        </w:rPr>
        <w:t xml:space="preserve">Activity: </w:t>
      </w:r>
      <w:r>
        <w:t>Normalise the data to 3NF. Your final design must contain exactly four tables. Show UNF, 1NF, 2NF and 3NF, identifying all primary keys and foreign keys.</w:t>
      </w:r>
    </w:p>
    <w:p>
      <w:r>
        <w:br w:type="page"/>
      </w:r>
    </w:p>
    <w:p>
      <w:pPr>
        <w:pStyle w:val="Heading1"/>
      </w:pPr>
      <w:r>
        <w:t>2. Cinema Ticket Sales</w:t>
      </w:r>
    </w:p>
    <w:p>
      <w:pPr>
        <w:pStyle w:val="Heading2"/>
      </w:pPr>
      <w:r>
        <w:t>Task Scenario</w:t>
      </w:r>
    </w:p>
    <w:p>
      <w:r>
        <w:t>The database records customers, films, screenings and ticket sales.</w:t>
      </w:r>
    </w:p>
    <w:p>
      <w:r>
        <w:t>A film may have many screenings.</w:t>
      </w:r>
    </w:p>
    <w:p>
      <w:r>
        <w:t>A customer can purchase tickets for many screenings.</w:t>
      </w:r>
    </w:p>
    <w:p>
      <w:r>
        <w:t>An extract of the data the organisation would like to record is shown in Figure 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</w:tblGrid>
      <w:tr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Sale ID</w:t>
            </w:r>
          </w:p>
        </w:tc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Customer ID</w:t>
            </w:r>
          </w:p>
        </w:tc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Surname</w:t>
            </w:r>
          </w:p>
        </w:tc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Film ID</w:t>
            </w:r>
          </w:p>
        </w:tc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Film</w:t>
            </w:r>
          </w:p>
        </w:tc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Screening ID</w:t>
            </w:r>
          </w:p>
        </w:tc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Date</w:t>
            </w:r>
          </w:p>
        </w:tc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Time</w:t>
            </w:r>
          </w:p>
        </w:tc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Screen</w:t>
            </w:r>
          </w:p>
        </w:tc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Num Tickets</w:t>
            </w:r>
          </w:p>
        </w:tc>
        <w:tc>
          <w:tcPr>
            <w:tcW w:type="dxa" w:w="969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Price</w:t>
            </w:r>
          </w:p>
        </w:tc>
      </w:tr>
      <w:tr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S201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C01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Lewis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F1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Orbit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SC11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10/10/2026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18:00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£9.50</w:t>
            </w:r>
          </w:p>
        </w:tc>
      </w:tr>
      <w:tr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S202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C02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Shah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F1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Orbit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SC11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10/10/2026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18:00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£9.50</w:t>
            </w:r>
          </w:p>
        </w:tc>
      </w:tr>
      <w:tr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S203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C01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Lewis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F2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Night Train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SC14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11/10/2026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20:00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3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£11.00</w:t>
            </w:r>
          </w:p>
        </w:tc>
      </w:tr>
      <w:tr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S204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C03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Green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F2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Night Train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SC14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11/10/2026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20:00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£11.00</w:t>
            </w:r>
          </w:p>
        </w:tc>
      </w:tr>
      <w:tr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S205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C04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Price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F1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Orbit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SC18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12/10/2026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19:30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3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4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£9.50</w:t>
            </w:r>
          </w:p>
        </w:tc>
      </w:tr>
      <w:tr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S206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C02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Shah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F2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Night Train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SC20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13/10/2026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20:30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1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  <w:tc>
          <w:tcPr>
            <w:tcW w:type="dxa" w:w="969"/>
          </w:tcPr>
          <w:p>
            <w:pPr>
              <w:spacing w:after="0"/>
            </w:pPr>
            <w:r>
              <w:rPr>
                <w:sz w:val="13"/>
              </w:rPr>
              <w:t>£11.00</w:t>
            </w:r>
          </w:p>
        </w:tc>
      </w:tr>
    </w:tbl>
    <w:p>
      <w:pPr>
        <w:jc w:val="center"/>
      </w:pPr>
      <w:r>
        <w:rPr>
          <w:b/>
        </w:rPr>
        <w:t>Figure 1</w:t>
      </w:r>
    </w:p>
    <w:p>
      <w:r>
        <w:rPr>
          <w:b/>
        </w:rPr>
        <w:t xml:space="preserve">Activity: </w:t>
      </w:r>
      <w:r>
        <w:t>Normalise the data to 3NF. Your final design must contain exactly four tables. Show UNF, 1NF, 2NF and 3NF, identifying all primary keys and foreign keys.</w:t>
      </w:r>
    </w:p>
    <w:p>
      <w:r>
        <w:br w:type="page"/>
      </w:r>
    </w:p>
    <w:p>
      <w:pPr>
        <w:pStyle w:val="Heading1"/>
      </w:pPr>
      <w:r>
        <w:t>3. Equipment Hire</w:t>
      </w:r>
    </w:p>
    <w:p>
      <w:pPr>
        <w:pStyle w:val="Heading2"/>
      </w:pPr>
      <w:r>
        <w:t>Task Scenario</w:t>
      </w:r>
    </w:p>
    <w:p>
      <w:r>
        <w:t>The database records customers, equipment, equipment categories and hires.</w:t>
      </w:r>
    </w:p>
    <w:p>
      <w:r>
        <w:t>Each equipment item belongs to one category.</w:t>
      </w:r>
    </w:p>
    <w:p>
      <w:r>
        <w:t>A customer can hire many items over time.</w:t>
      </w:r>
    </w:p>
    <w:p>
      <w:r>
        <w:t>An extract of the data the organisation would like to record is shown in Figure 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Hire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Customer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Surname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Equipment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Equipment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Category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Category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Daily Rate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Hire Date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Days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H301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White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E01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Cordless Drill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CAT1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Power Tools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£18.00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01/09/2026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H302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Young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E04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Tower Scaffold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CAT2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Access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£42.00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01/09/2026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3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H303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White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E05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Circular Saw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CAT1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Power Tools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£25.00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05/09/2026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H304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Hall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E01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Cordless Drill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CAT1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Power Tools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£18.00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06/09/2026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4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H305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Wood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E08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Step Ladder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CAT2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Access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£12.00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07/09/2026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H306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Young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E05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Circular Saw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CAT1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Power Tools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£25.00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09/09/2026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</w:tr>
    </w:tbl>
    <w:p>
      <w:pPr>
        <w:jc w:val="center"/>
      </w:pPr>
      <w:r>
        <w:rPr>
          <w:b/>
        </w:rPr>
        <w:t>Figure 1</w:t>
      </w:r>
    </w:p>
    <w:p>
      <w:r>
        <w:rPr>
          <w:b/>
        </w:rPr>
        <w:t xml:space="preserve">Activity: </w:t>
      </w:r>
      <w:r>
        <w:t>Normalise the data to 3NF. Your final design must contain exactly four tables. Show UNF, 1NF, 2NF and 3NF, identifying all primary keys and foreign keys.</w:t>
      </w:r>
    </w:p>
    <w:p>
      <w:r>
        <w:br w:type="page"/>
      </w:r>
    </w:p>
    <w:p>
      <w:pPr>
        <w:pStyle w:val="Heading1"/>
      </w:pPr>
      <w:r>
        <w:t>4. College Club Memberships</w:t>
      </w:r>
    </w:p>
    <w:p>
      <w:pPr>
        <w:pStyle w:val="Heading2"/>
      </w:pPr>
      <w:r>
        <w:t>Task Scenario</w:t>
      </w:r>
    </w:p>
    <w:p>
      <w:r>
        <w:t>The database records students, clubs and staff advisers.</w:t>
      </w:r>
    </w:p>
    <w:p>
      <w:r>
        <w:t>A student can join many clubs and a club can contain many students.</w:t>
      </w:r>
    </w:p>
    <w:p>
      <w:r>
        <w:t>The membership table therefore requires a composite primary key.</w:t>
      </w:r>
    </w:p>
    <w:p>
      <w:r>
        <w:t>An extract of the data the organisation would like to record is shown in Figure 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Student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Student Surname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Club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Club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Adviser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Adviser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Join Date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Membership Type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ST01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Ali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CL1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Coding Club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A1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 Jones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10/09/2026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Standard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ST02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Brown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CL1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Coding Club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A1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 Jones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10/09/2026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Standard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ST01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Ali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CL2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Esports Club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A2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 King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12/09/2026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Premium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ST03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Clark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CL2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Esports Club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A2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 King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12/09/2026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Standard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ST04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Davis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CL3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Photography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A3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 Shah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14/09/2026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Standard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ST02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Brown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CL3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Photography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A3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 Shah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15/09/2026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Premium</w:t>
            </w:r>
          </w:p>
        </w:tc>
      </w:tr>
    </w:tbl>
    <w:p>
      <w:pPr>
        <w:jc w:val="center"/>
      </w:pPr>
      <w:r>
        <w:rPr>
          <w:b/>
        </w:rPr>
        <w:t>Figure 1</w:t>
      </w:r>
    </w:p>
    <w:p>
      <w:r>
        <w:rPr>
          <w:b/>
        </w:rPr>
        <w:t xml:space="preserve">Activity: </w:t>
      </w:r>
      <w:r>
        <w:t>Normalise the data to 3NF. Your final design must contain exactly four tables. Show UNF, 1NF, 2NF and 3NF, identifying all primary keys and foreign keys.</w:t>
      </w:r>
    </w:p>
    <w:p>
      <w:r>
        <w:br w:type="page"/>
      </w:r>
    </w:p>
    <w:p>
      <w:pPr>
        <w:pStyle w:val="Heading1"/>
      </w:pPr>
      <w:r>
        <w:t>5. Medical Appointment System</w:t>
      </w:r>
    </w:p>
    <w:p>
      <w:pPr>
        <w:pStyle w:val="Heading2"/>
      </w:pPr>
      <w:r>
        <w:t>Task Scenario</w:t>
      </w:r>
    </w:p>
    <w:p>
      <w:r>
        <w:t>The database records patients, doctors, specialisms and appointments.</w:t>
      </w:r>
    </w:p>
    <w:p>
      <w:r>
        <w:t>Each doctor has one specialism.</w:t>
      </w:r>
    </w:p>
    <w:p>
      <w:r>
        <w:t>A patient can attend many appointments.</w:t>
      </w:r>
    </w:p>
    <w:p>
      <w:r>
        <w:t>An extract of the data the organisation would like to record is shown in Figure 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Appointment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Patient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Surname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Doctor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Doctor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Specialism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Specialism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Appointment Date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Time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Room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A501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Reed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 Evans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SP1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Physiotherapy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02/10/2026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09:00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4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A502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Singh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 Cole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SP2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Podiatry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02/10/2026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09:30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6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A503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Reed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 Cole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SP2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Podiatry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09/10/2026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10:00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6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A504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P03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Mills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 Evans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SP1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Physiotherapy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10/10/2026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11:00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4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A505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P04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Ward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 Khan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SP1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Physiotherapy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11/10/2026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14:00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5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A506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Singh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 Khan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SP1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Physiotherapy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18/10/2026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14:30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5</w:t>
            </w:r>
          </w:p>
        </w:tc>
      </w:tr>
    </w:tbl>
    <w:p>
      <w:pPr>
        <w:jc w:val="center"/>
      </w:pPr>
      <w:r>
        <w:rPr>
          <w:b/>
        </w:rPr>
        <w:t>Figure 1</w:t>
      </w:r>
    </w:p>
    <w:p>
      <w:r>
        <w:rPr>
          <w:b/>
        </w:rPr>
        <w:t xml:space="preserve">Activity: </w:t>
      </w:r>
      <w:r>
        <w:t>Normalise the data to 3NF. Your final design must contain exactly four tables. Show UNF, 1NF, 2NF and 3NF, identifying all primary keys and foreign keys.</w:t>
      </w:r>
    </w:p>
    <w:p>
      <w:r>
        <w:br w:type="page"/>
      </w:r>
    </w:p>
    <w:p>
      <w:pPr>
        <w:pStyle w:val="Heading1"/>
      </w:pPr>
      <w:r>
        <w:t>6. Warehouse Orders</w:t>
      </w:r>
    </w:p>
    <w:p>
      <w:pPr>
        <w:pStyle w:val="Heading2"/>
      </w:pPr>
      <w:r>
        <w:t>Task Scenario</w:t>
      </w:r>
    </w:p>
    <w:p>
      <w:r>
        <w:t>The database records customers, products and orders.</w:t>
      </w:r>
    </w:p>
    <w:p>
      <w:r>
        <w:t>One order can contain several products.</w:t>
      </w:r>
    </w:p>
    <w:p>
      <w:r>
        <w:t>The OrderLine table uses Order ID and Product ID together as a composite primary key.</w:t>
      </w:r>
    </w:p>
    <w:p>
      <w:r>
        <w:t>An extract of the data the organisation would like to record is shown in Figure 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Order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Order Date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Customer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Surname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Product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Product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Unit Price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Quantity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O601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01/09/2026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Fox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Keyboard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£24.00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O601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01/09/2026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Fox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Mouse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£14.00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O602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02/09/2026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King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Monitor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£129.00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O603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03/09/2026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Hill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Mouse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£14.00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3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O603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03/09/2026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Hill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P04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Webcam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£39.00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O604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04/09/2026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Fox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Monitor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£129.00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</w:tr>
    </w:tbl>
    <w:p>
      <w:pPr>
        <w:jc w:val="center"/>
      </w:pPr>
      <w:r>
        <w:rPr>
          <w:b/>
        </w:rPr>
        <w:t>Figure 1</w:t>
      </w:r>
    </w:p>
    <w:p>
      <w:r>
        <w:rPr>
          <w:b/>
        </w:rPr>
        <w:t xml:space="preserve">Activity: </w:t>
      </w:r>
      <w:r>
        <w:t>Normalise the data to 3NF. Your final design must contain exactly four tables. Show UNF, 1NF, 2NF and 3NF, identifying all primary keys and foreign keys.</w:t>
      </w:r>
    </w:p>
    <w:p>
      <w:r>
        <w:br w:type="page"/>
      </w:r>
    </w:p>
    <w:p>
      <w:pPr>
        <w:pStyle w:val="Heading1"/>
      </w:pPr>
      <w:r>
        <w:t>7. Gym Class Bookings</w:t>
      </w:r>
    </w:p>
    <w:p>
      <w:pPr>
        <w:pStyle w:val="Heading2"/>
      </w:pPr>
      <w:r>
        <w:t>Task Scenario</w:t>
      </w:r>
    </w:p>
    <w:p>
      <w:r>
        <w:t>The database records members, instructors, classes and bookings.</w:t>
      </w:r>
    </w:p>
    <w:p>
      <w:r>
        <w:t>An instructor can run many classes.</w:t>
      </w:r>
    </w:p>
    <w:p>
      <w:r>
        <w:t>A member can book many classes.</w:t>
      </w:r>
    </w:p>
    <w:p>
      <w:r>
        <w:t>An extract of the data the organisation would like to record is shown in Figure 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Booking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Member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Surname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Class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Class Date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Class Type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Instructor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Instructor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Start Time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Duration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B701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Taylor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05/10/2026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Spin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I1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N Cole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18:00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45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B702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Morgan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05/10/2026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Spin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I1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N Cole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18:00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45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B703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Taylor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06/10/2026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Yoga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I2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 Hall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19:00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60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B704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M03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Baker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06/10/2026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Yoga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I2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 Hall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19:00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60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B705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M04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Evans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C18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07/10/2026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Circuits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I1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N Cole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17:30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45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B706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Morgan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C18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07/10/2026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Circuits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I1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N Cole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17:30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45</w:t>
            </w:r>
          </w:p>
        </w:tc>
      </w:tr>
    </w:tbl>
    <w:p>
      <w:pPr>
        <w:jc w:val="center"/>
      </w:pPr>
      <w:r>
        <w:rPr>
          <w:b/>
        </w:rPr>
        <w:t>Figure 1</w:t>
      </w:r>
    </w:p>
    <w:p>
      <w:r>
        <w:rPr>
          <w:b/>
        </w:rPr>
        <w:t xml:space="preserve">Activity: </w:t>
      </w:r>
      <w:r>
        <w:t>Normalise the data to 3NF. Your final design must contain exactly four tables. Show UNF, 1NF, 2NF and 3NF, identifying all primary keys and foreign keys.</w:t>
      </w:r>
    </w:p>
    <w:p>
      <w:r>
        <w:br w:type="page"/>
      </w:r>
    </w:p>
    <w:p>
      <w:pPr>
        <w:pStyle w:val="Heading1"/>
      </w:pPr>
      <w:r>
        <w:t>8. Restaurant Orders</w:t>
      </w:r>
    </w:p>
    <w:p>
      <w:pPr>
        <w:pStyle w:val="Heading2"/>
      </w:pPr>
      <w:r>
        <w:t>Task Scenario</w:t>
      </w:r>
    </w:p>
    <w:p>
      <w:r>
        <w:t>The database records tables, menu items and customer orders.</w:t>
      </w:r>
    </w:p>
    <w:p>
      <w:r>
        <w:t>One order can contain several menu items.</w:t>
      </w:r>
    </w:p>
    <w:p>
      <w:r>
        <w:t>The OrderItem table uses Order ID and Menu Item ID as a composite primary key.</w:t>
      </w:r>
    </w:p>
    <w:p>
      <w:r>
        <w:t>An extract of the data the organisation would like to record is shown in Figure 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Order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Order Date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Table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Table Location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Menu Item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Menu Item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Price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Quantity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R801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12/09/2026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T01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Window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Burger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£12.50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R801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12/09/2026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T01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Window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M04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Chips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£4.00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R802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12/09/2026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T04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Garden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Pizza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£13.50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R803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13/09/2026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T02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Main Room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Pasta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£11.00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R803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13/09/2026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T02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Main Room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M05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Salad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£6.50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R804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13/09/2026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T04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Garden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M01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Burger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£12.50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3</w:t>
            </w:r>
          </w:p>
        </w:tc>
      </w:tr>
    </w:tbl>
    <w:p>
      <w:pPr>
        <w:jc w:val="center"/>
      </w:pPr>
      <w:r>
        <w:rPr>
          <w:b/>
        </w:rPr>
        <w:t>Figure 1</w:t>
      </w:r>
    </w:p>
    <w:p>
      <w:r>
        <w:rPr>
          <w:b/>
        </w:rPr>
        <w:t xml:space="preserve">Activity: </w:t>
      </w:r>
      <w:r>
        <w:t>Normalise the data to 3NF. Your final design must contain exactly four tables. Show UNF, 1NF, 2NF and 3NF, identifying all primary keys and foreign keys.</w:t>
      </w:r>
    </w:p>
    <w:p>
      <w:r>
        <w:br w:type="page"/>
      </w:r>
    </w:p>
    <w:p>
      <w:pPr>
        <w:pStyle w:val="Heading1"/>
      </w:pPr>
      <w:r>
        <w:t>9. Delivery Company</w:t>
      </w:r>
    </w:p>
    <w:p>
      <w:pPr>
        <w:pStyle w:val="Heading2"/>
      </w:pPr>
      <w:r>
        <w:t>Task Scenario</w:t>
      </w:r>
    </w:p>
    <w:p>
      <w:r>
        <w:t>The database records drivers, vehicles, delivery zones and deliveries.</w:t>
      </w:r>
    </w:p>
    <w:p>
      <w:r>
        <w:t>Each driver is assigned to one vehicle for a delivery.</w:t>
      </w:r>
    </w:p>
    <w:p>
      <w:r>
        <w:t>Each delivery is made to one delivery zone.</w:t>
      </w:r>
    </w:p>
    <w:p>
      <w:r>
        <w:t>An extract of the data the organisation would like to record is shown in Figure 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Delivery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Date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Driver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Driver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Vehicle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Registration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Zone ID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Zone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Postcode</w:t>
            </w:r>
          </w:p>
        </w:tc>
        <w:tc>
          <w:tcPr>
            <w:tcW w:type="dxa" w:w="1066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Status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D901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01/09/2026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Smith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V1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AB12 CDE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Z1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Medway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ME4 2AB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Delivered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D902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01/09/2026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Patel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V2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XY22 QRS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Z2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Gravesham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DA11 8TT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Delivered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D903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02/09/2026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Smith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V1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AB12 CDE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Z2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Gravesham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DA12 1PP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Failed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D904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02/09/2026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Lewis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V3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LM20 TUV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Z1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Medway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ME7 4NN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Delivered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D905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03/09/2026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Patel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V2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XY22 QRS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Z3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Maidstone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ME15 6AA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In Transit</w:t>
            </w:r>
          </w:p>
        </w:tc>
      </w:tr>
      <w:tr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D906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03/09/2026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DR1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Smith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V1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AB12 CDE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Z3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Maidstone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ME16 8TT</w:t>
            </w:r>
          </w:p>
        </w:tc>
        <w:tc>
          <w:tcPr>
            <w:tcW w:type="dxa" w:w="1066"/>
          </w:tcPr>
          <w:p>
            <w:pPr>
              <w:spacing w:after="0"/>
            </w:pPr>
            <w:r>
              <w:rPr>
                <w:sz w:val="13"/>
              </w:rPr>
              <w:t>Delivered</w:t>
            </w:r>
          </w:p>
        </w:tc>
      </w:tr>
    </w:tbl>
    <w:p>
      <w:pPr>
        <w:jc w:val="center"/>
      </w:pPr>
      <w:r>
        <w:rPr>
          <w:b/>
        </w:rPr>
        <w:t>Figure 1</w:t>
      </w:r>
    </w:p>
    <w:p>
      <w:r>
        <w:rPr>
          <w:b/>
        </w:rPr>
        <w:t xml:space="preserve">Activity: </w:t>
      </w:r>
      <w:r>
        <w:t>Normalise the data to 3NF. Your final design must contain exactly four tables. Show UNF, 1NF, 2NF and 3NF, identifying all primary keys and foreign keys.</w:t>
      </w:r>
    </w:p>
    <w:p>
      <w:r>
        <w:br w:type="page"/>
      </w:r>
    </w:p>
    <w:p>
      <w:pPr>
        <w:pStyle w:val="Heading1"/>
      </w:pPr>
      <w:r>
        <w:t>10. Festival Shift Allocations</w:t>
      </w:r>
    </w:p>
    <w:p>
      <w:pPr>
        <w:pStyle w:val="Heading2"/>
      </w:pPr>
      <w:r>
        <w:t>Task Scenario</w:t>
      </w:r>
    </w:p>
    <w:p>
      <w:r>
        <w:t>The database records volunteers, roles and festival shifts.</w:t>
      </w:r>
    </w:p>
    <w:p>
      <w:r>
        <w:t>A volunteer can work many shifts and a shift can have many volunteers.</w:t>
      </w:r>
    </w:p>
    <w:p>
      <w:r>
        <w:t>The Allocation table therefore uses Volunteer ID and Shift ID as a composite primary key.</w:t>
      </w:r>
    </w:p>
    <w:p>
      <w:r>
        <w:t>An extract of the data the organisation would like to record is shown in Figure 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Volunteer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Surname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Shift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Shift Date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Start Time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Role ID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Role</w:t>
            </w:r>
          </w:p>
        </w:tc>
        <w:tc>
          <w:tcPr>
            <w:tcW w:type="dxa" w:w="1332"/>
            <w:shd w:fill="D0D0D0"/>
            <w:vAlign w:val="center"/>
          </w:tcPr>
          <w:p>
            <w:pPr>
              <w:jc w:val="center"/>
            </w:pPr>
            <w:r>
              <w:rPr>
                <w:b/>
                <w:sz w:val="13"/>
              </w:rPr>
              <w:t>Hours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V01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King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21/08/2026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08:00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Gate Steward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4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V02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Wood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21/08/2026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08:00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Gate Steward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4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V01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King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S04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21/08/2026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14:00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Welfare Assistant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5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V03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Hill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S05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22/08/2026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09:00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R3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Backstage Runner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6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V04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Fox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S04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21/08/2026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14:00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Welfare Assistant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5</w:t>
            </w:r>
          </w:p>
        </w:tc>
      </w:tr>
      <w:tr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V02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Wood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S07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22/08/2026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16:00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R1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Gate Steward</w:t>
            </w:r>
          </w:p>
        </w:tc>
        <w:tc>
          <w:tcPr>
            <w:tcW w:type="dxa" w:w="1332"/>
          </w:tcPr>
          <w:p>
            <w:pPr>
              <w:spacing w:after="0"/>
            </w:pPr>
            <w:r>
              <w:rPr>
                <w:sz w:val="13"/>
              </w:rPr>
              <w:t>4</w:t>
            </w:r>
          </w:p>
        </w:tc>
      </w:tr>
    </w:tbl>
    <w:p>
      <w:pPr>
        <w:jc w:val="center"/>
      </w:pPr>
      <w:r>
        <w:rPr>
          <w:b/>
        </w:rPr>
        <w:t>Figure 1</w:t>
      </w:r>
    </w:p>
    <w:p>
      <w:r>
        <w:rPr>
          <w:b/>
        </w:rPr>
        <w:t xml:space="preserve">Activity: </w:t>
      </w:r>
      <w:r>
        <w:t>Normalise the data to 3NF. Your final design must contain exactly four tables. Show UNF, 1NF, 2NF and 3NF, identifying all primary keys and foreign keys.</w:t>
      </w:r>
    </w:p>
    <w:sectPr w:rsidR="00FC693F" w:rsidRPr="0006063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8A872D6A01C6439D67B6F6EE2D6EB0" ma:contentTypeVersion="3" ma:contentTypeDescription="Create a new document." ma:contentTypeScope="" ma:versionID="1c5ebcdca453303e89aa1884407f5a11">
  <xsd:schema xmlns:xsd="http://www.w3.org/2001/XMLSchema" xmlns:xs="http://www.w3.org/2001/XMLSchema" xmlns:p="http://schemas.microsoft.com/office/2006/metadata/properties" xmlns:ns2="3d6d2bdc-a8d0-4d88-bed6-638876583aa2" targetNamespace="http://schemas.microsoft.com/office/2006/metadata/properties" ma:root="true" ma:fieldsID="3d9213819f58d2a9c4a502cc31143ba3" ns2:_="">
    <xsd:import namespace="3d6d2bdc-a8d0-4d88-bed6-638876583a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d2bdc-a8d0-4d88-bed6-638876583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8AEC3C-C7DF-4352-8E6D-87B0E023D49F}"/>
</file>

<file path=customXml/itemProps3.xml><?xml version="1.0" encoding="utf-8"?>
<ds:datastoreItem xmlns:ds="http://schemas.openxmlformats.org/officeDocument/2006/customXml" ds:itemID="{14E6413A-EB12-4220-91A6-CD94C20A6877}"/>
</file>

<file path=customXml/itemProps4.xml><?xml version="1.0" encoding="utf-8"?>
<ds:datastoreItem xmlns:ds="http://schemas.openxmlformats.org/officeDocument/2006/customXml" ds:itemID="{A78FA6AB-9A79-4664-A33E-1CDAE0D08A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0x010100588A872D6A01C6439D67B6F6EE2D6EB0</vt:lpwstr>
  </property>
</Properties>
</file>